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F2FEB" w14:textId="77777777" w:rsidR="00641628" w:rsidRDefault="00822FA9">
      <w:pPr>
        <w:spacing w:after="80"/>
      </w:pPr>
      <w:r>
        <w:rPr>
          <w:b/>
          <w:color w:val="003366"/>
          <w:sz w:val="22"/>
        </w:rPr>
        <w:t>CHUYÊN MỤC: CHỈ ĐẠO ĐIỀU HÀNH - PHÁT TRIỂN KINH TẾ</w:t>
      </w:r>
    </w:p>
    <w:p w14:paraId="1C9E11A1" w14:textId="4D5A61F0" w:rsidR="00641628" w:rsidRDefault="00822FA9">
      <w:pPr>
        <w:spacing w:before="80" w:after="120" w:line="300" w:lineRule="auto"/>
      </w:pPr>
      <w:r>
        <w:rPr>
          <w:b/>
          <w:color w:val="B40000"/>
          <w:sz w:val="32"/>
        </w:rPr>
        <w:t xml:space="preserve">[THÔNG BÁO] UBND XÃ </w:t>
      </w:r>
      <w:r w:rsidR="00E13757">
        <w:rPr>
          <w:b/>
          <w:color w:val="B40000"/>
          <w:sz w:val="32"/>
        </w:rPr>
        <w:t>ĐOÀN ĐÀO</w:t>
      </w:r>
      <w:r>
        <w:rPr>
          <w:b/>
          <w:color w:val="B40000"/>
          <w:sz w:val="32"/>
        </w:rPr>
        <w:t xml:space="preserve"> TỔ CHỨC HỘI NGHỊ ĐỐI THOẠI, TIẾP XÚC VỚI CÁC DOANH NGHIỆP, HỢP TÁC XÃ VÀ HỘ KINH DOANH NĂM 2026</w:t>
      </w:r>
    </w:p>
    <w:p w14:paraId="77171D5C" w14:textId="3B6629D6" w:rsidR="00641628" w:rsidRDefault="00822FA9">
      <w:pPr>
        <w:spacing w:after="240"/>
      </w:pPr>
      <w:proofErr w:type="spellStart"/>
      <w:r>
        <w:rPr>
          <w:i/>
          <w:color w:val="646464"/>
          <w:sz w:val="22"/>
        </w:rPr>
        <w:t>Đăng</w:t>
      </w:r>
      <w:proofErr w:type="spellEnd"/>
      <w:r>
        <w:rPr>
          <w:i/>
          <w:color w:val="646464"/>
          <w:sz w:val="22"/>
        </w:rPr>
        <w:t xml:space="preserve"> </w:t>
      </w:r>
      <w:proofErr w:type="spellStart"/>
      <w:r>
        <w:rPr>
          <w:i/>
          <w:color w:val="646464"/>
          <w:sz w:val="22"/>
        </w:rPr>
        <w:t>ngày</w:t>
      </w:r>
      <w:proofErr w:type="spellEnd"/>
      <w:r>
        <w:rPr>
          <w:i/>
          <w:color w:val="646464"/>
          <w:sz w:val="22"/>
        </w:rPr>
        <w:t>: 1</w:t>
      </w:r>
      <w:r w:rsidR="00E13757">
        <w:rPr>
          <w:i/>
          <w:color w:val="646464"/>
          <w:sz w:val="22"/>
        </w:rPr>
        <w:t>7</w:t>
      </w:r>
      <w:r>
        <w:rPr>
          <w:i/>
          <w:color w:val="646464"/>
          <w:sz w:val="22"/>
        </w:rPr>
        <w:t xml:space="preserve">/06/2026 | </w:t>
      </w:r>
      <w:proofErr w:type="spellStart"/>
      <w:r>
        <w:rPr>
          <w:i/>
          <w:color w:val="646464"/>
          <w:sz w:val="22"/>
        </w:rPr>
        <w:t>Tác</w:t>
      </w:r>
      <w:proofErr w:type="spellEnd"/>
      <w:r>
        <w:rPr>
          <w:i/>
          <w:color w:val="646464"/>
          <w:sz w:val="22"/>
        </w:rPr>
        <w:t xml:space="preserve"> </w:t>
      </w:r>
      <w:proofErr w:type="spellStart"/>
      <w:r>
        <w:rPr>
          <w:i/>
          <w:color w:val="646464"/>
          <w:sz w:val="22"/>
        </w:rPr>
        <w:t>giả</w:t>
      </w:r>
      <w:proofErr w:type="spellEnd"/>
      <w:r>
        <w:rPr>
          <w:i/>
          <w:color w:val="646464"/>
          <w:sz w:val="22"/>
        </w:rPr>
        <w:t xml:space="preserve">: Ban </w:t>
      </w:r>
      <w:proofErr w:type="spellStart"/>
      <w:r>
        <w:rPr>
          <w:i/>
          <w:color w:val="646464"/>
          <w:sz w:val="22"/>
        </w:rPr>
        <w:t>Biên</w:t>
      </w:r>
      <w:proofErr w:type="spellEnd"/>
      <w:r>
        <w:rPr>
          <w:i/>
          <w:color w:val="646464"/>
          <w:sz w:val="22"/>
        </w:rPr>
        <w:t xml:space="preserve"> </w:t>
      </w:r>
      <w:proofErr w:type="spellStart"/>
      <w:r>
        <w:rPr>
          <w:i/>
          <w:color w:val="646464"/>
          <w:sz w:val="22"/>
        </w:rPr>
        <w:t>tập</w:t>
      </w:r>
      <w:proofErr w:type="spellEnd"/>
      <w:r>
        <w:rPr>
          <w:i/>
          <w:color w:val="646464"/>
          <w:sz w:val="22"/>
        </w:rPr>
        <w:t xml:space="preserve"> </w:t>
      </w:r>
      <w:proofErr w:type="spellStart"/>
      <w:r>
        <w:rPr>
          <w:i/>
          <w:color w:val="646464"/>
          <w:sz w:val="22"/>
        </w:rPr>
        <w:t>Cổng</w:t>
      </w:r>
      <w:proofErr w:type="spellEnd"/>
      <w:r>
        <w:rPr>
          <w:i/>
          <w:color w:val="646464"/>
          <w:sz w:val="22"/>
        </w:rPr>
        <w:t xml:space="preserve"> </w:t>
      </w:r>
      <w:proofErr w:type="spellStart"/>
      <w:r>
        <w:rPr>
          <w:i/>
          <w:color w:val="646464"/>
          <w:sz w:val="22"/>
        </w:rPr>
        <w:t>Thông</w:t>
      </w:r>
      <w:proofErr w:type="spellEnd"/>
      <w:r>
        <w:rPr>
          <w:i/>
          <w:color w:val="646464"/>
          <w:sz w:val="22"/>
        </w:rPr>
        <w:t xml:space="preserve"> tin </w:t>
      </w:r>
      <w:proofErr w:type="spellStart"/>
      <w:r>
        <w:rPr>
          <w:i/>
          <w:color w:val="646464"/>
          <w:sz w:val="22"/>
        </w:rPr>
        <w:t>điện</w:t>
      </w:r>
      <w:proofErr w:type="spellEnd"/>
      <w:r>
        <w:rPr>
          <w:i/>
          <w:color w:val="646464"/>
          <w:sz w:val="22"/>
        </w:rPr>
        <w:t xml:space="preserve"> </w:t>
      </w:r>
      <w:proofErr w:type="spellStart"/>
      <w:r>
        <w:rPr>
          <w:i/>
          <w:color w:val="646464"/>
          <w:sz w:val="22"/>
        </w:rPr>
        <w:t>tử</w:t>
      </w:r>
      <w:proofErr w:type="spellEnd"/>
      <w:r>
        <w:rPr>
          <w:i/>
          <w:color w:val="646464"/>
          <w:sz w:val="22"/>
        </w:rPr>
        <w:t xml:space="preserve"> </w:t>
      </w:r>
      <w:proofErr w:type="spellStart"/>
      <w:r>
        <w:rPr>
          <w:i/>
          <w:color w:val="646464"/>
          <w:sz w:val="22"/>
        </w:rPr>
        <w:t>xã</w:t>
      </w:r>
      <w:proofErr w:type="spellEnd"/>
      <w:r>
        <w:rPr>
          <w:i/>
          <w:color w:val="646464"/>
          <w:sz w:val="22"/>
        </w:rPr>
        <w:t xml:space="preserve"> </w:t>
      </w:r>
      <w:proofErr w:type="spellStart"/>
      <w:r w:rsidR="00E13757">
        <w:rPr>
          <w:i/>
          <w:color w:val="646464"/>
          <w:sz w:val="22"/>
        </w:rPr>
        <w:t>Đoàn</w:t>
      </w:r>
      <w:proofErr w:type="spellEnd"/>
      <w:r w:rsidR="00E13757">
        <w:rPr>
          <w:i/>
          <w:color w:val="646464"/>
          <w:sz w:val="22"/>
        </w:rPr>
        <w:t xml:space="preserve"> </w:t>
      </w:r>
      <w:proofErr w:type="spellStart"/>
      <w:r w:rsidR="00E13757">
        <w:rPr>
          <w:i/>
          <w:color w:val="646464"/>
          <w:sz w:val="22"/>
        </w:rPr>
        <w:t>Đào</w:t>
      </w:r>
      <w:proofErr w:type="spellEnd"/>
    </w:p>
    <w:p w14:paraId="4CCE4463" w14:textId="4C5948FD" w:rsidR="00641628" w:rsidRDefault="00822FA9">
      <w:pPr>
        <w:spacing w:after="160" w:line="288" w:lineRule="auto"/>
        <w:ind w:firstLine="720"/>
      </w:pPr>
      <w:proofErr w:type="spellStart"/>
      <w:r>
        <w:rPr>
          <w:b/>
        </w:rPr>
        <w:t>Nhằm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định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hướng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phát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triển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kinh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tế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địa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phương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kịp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thời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tháo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khó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khăn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vướng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mắc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tạo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môi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trường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đầu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kinh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doanh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thuận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lợi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bình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đẳng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cộng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đồng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doanh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nghiệp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hợp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tác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xã</w:t>
      </w:r>
      <w:proofErr w:type="spellEnd"/>
      <w:r>
        <w:rPr>
          <w:b/>
        </w:rPr>
        <w:t xml:space="preserve"> (HTX) </w:t>
      </w:r>
      <w:proofErr w:type="spellStart"/>
      <w:r>
        <w:rPr>
          <w:b/>
        </w:rPr>
        <w:t>và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kinh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doanh</w:t>
      </w:r>
      <w:proofErr w:type="spellEnd"/>
      <w:r>
        <w:rPr>
          <w:b/>
        </w:rPr>
        <w:t xml:space="preserve"> (HKD), </w:t>
      </w:r>
      <w:proofErr w:type="spellStart"/>
      <w:r>
        <w:rPr>
          <w:b/>
        </w:rPr>
        <w:t>Ủy</w:t>
      </w:r>
      <w:proofErr w:type="spellEnd"/>
      <w:r>
        <w:rPr>
          <w:b/>
        </w:rPr>
        <w:t xml:space="preserve"> ban </w:t>
      </w:r>
      <w:proofErr w:type="spellStart"/>
      <w:r>
        <w:rPr>
          <w:b/>
        </w:rPr>
        <w:t>nhân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dân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xã</w:t>
      </w:r>
      <w:proofErr w:type="spellEnd"/>
      <w:r>
        <w:rPr>
          <w:b/>
        </w:rPr>
        <w:t xml:space="preserve"> </w:t>
      </w:r>
      <w:proofErr w:type="spellStart"/>
      <w:r w:rsidR="00E13757">
        <w:rPr>
          <w:b/>
        </w:rPr>
        <w:t>Đoàn</w:t>
      </w:r>
      <w:proofErr w:type="spellEnd"/>
      <w:r w:rsidR="00E13757">
        <w:rPr>
          <w:b/>
        </w:rPr>
        <w:t xml:space="preserve"> </w:t>
      </w:r>
      <w:proofErr w:type="spellStart"/>
      <w:r w:rsidR="00E13757">
        <w:rPr>
          <w:b/>
        </w:rPr>
        <w:t>Đào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thông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báo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tổ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chức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nghị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đối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thoại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tiếp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xúc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năm</w:t>
      </w:r>
      <w:proofErr w:type="spellEnd"/>
      <w:r>
        <w:rPr>
          <w:b/>
        </w:rPr>
        <w:t xml:space="preserve"> 2026.</w:t>
      </w:r>
    </w:p>
    <w:p w14:paraId="20226E72" w14:textId="77777777" w:rsidR="00641628" w:rsidRDefault="00822FA9">
      <w:pPr>
        <w:spacing w:before="240" w:after="80"/>
      </w:pPr>
      <w:r>
        <w:rPr>
          <w:b/>
          <w:color w:val="003366"/>
        </w:rPr>
        <w:t xml:space="preserve">1. </w:t>
      </w:r>
      <w:proofErr w:type="spellStart"/>
      <w:r>
        <w:rPr>
          <w:b/>
          <w:color w:val="003366"/>
        </w:rPr>
        <w:t>Mục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đích</w:t>
      </w:r>
      <w:proofErr w:type="spellEnd"/>
      <w:r>
        <w:rPr>
          <w:b/>
          <w:color w:val="003366"/>
        </w:rPr>
        <w:t xml:space="preserve">, ý </w:t>
      </w:r>
      <w:proofErr w:type="spellStart"/>
      <w:r>
        <w:rPr>
          <w:b/>
          <w:color w:val="003366"/>
        </w:rPr>
        <w:t>nghĩa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Hội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nghị</w:t>
      </w:r>
      <w:bookmarkStart w:id="0" w:name="_GoBack"/>
      <w:bookmarkEnd w:id="0"/>
      <w:proofErr w:type="spellEnd"/>
    </w:p>
    <w:p w14:paraId="63F3D524" w14:textId="77777777" w:rsidR="00641628" w:rsidRDefault="00822FA9">
      <w:pPr>
        <w:spacing w:after="80" w:line="288" w:lineRule="auto"/>
        <w:ind w:left="360"/>
      </w:pPr>
      <w:r>
        <w:rPr>
          <w:b/>
        </w:rPr>
        <w:t xml:space="preserve">• </w:t>
      </w:r>
      <w:proofErr w:type="spellStart"/>
      <w:r>
        <w:rPr>
          <w:b/>
        </w:rPr>
        <w:t>Lắng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nghe</w:t>
      </w:r>
      <w:proofErr w:type="spellEnd"/>
      <w:r>
        <w:rPr>
          <w:b/>
        </w:rPr>
        <w:t xml:space="preserve"> &amp; </w:t>
      </w:r>
      <w:proofErr w:type="spellStart"/>
      <w:r>
        <w:rPr>
          <w:b/>
        </w:rPr>
        <w:t>Tháo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gỡ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ánh</w:t>
      </w:r>
      <w:proofErr w:type="spellEnd"/>
      <w:r>
        <w:t xml:space="preserve">,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, </w:t>
      </w:r>
      <w:proofErr w:type="spellStart"/>
      <w:r>
        <w:t>tháo</w:t>
      </w:r>
      <w:proofErr w:type="spellEnd"/>
      <w:r>
        <w:t xml:space="preserve"> </w:t>
      </w:r>
      <w:proofErr w:type="spellStart"/>
      <w:r>
        <w:t>gỡ</w:t>
      </w:r>
      <w:proofErr w:type="spellEnd"/>
      <w:r>
        <w:t xml:space="preserve"> </w:t>
      </w:r>
      <w:proofErr w:type="spellStart"/>
      <w:r>
        <w:t>khó</w:t>
      </w:r>
      <w:proofErr w:type="spellEnd"/>
      <w:r>
        <w:t xml:space="preserve"> </w:t>
      </w:r>
      <w:proofErr w:type="spellStart"/>
      <w:r>
        <w:t>khăn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,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;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vướng</w:t>
      </w:r>
      <w:proofErr w:type="spellEnd"/>
      <w:r>
        <w:t xml:space="preserve"> </w:t>
      </w:r>
      <w:proofErr w:type="spellStart"/>
      <w:r>
        <w:t>mắc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,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sáp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, </w:t>
      </w:r>
      <w:proofErr w:type="spellStart"/>
      <w:r>
        <w:t>sắp</w:t>
      </w:r>
      <w:proofErr w:type="spellEnd"/>
      <w:r>
        <w:t xml:space="preserve"> </w:t>
      </w:r>
      <w:proofErr w:type="spellStart"/>
      <w:r>
        <w:t>xếp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, </w:t>
      </w:r>
      <w:proofErr w:type="spellStart"/>
      <w:r>
        <w:t>thôn</w:t>
      </w:r>
      <w:proofErr w:type="spellEnd"/>
      <w:r>
        <w:t>.</w:t>
      </w:r>
    </w:p>
    <w:p w14:paraId="1C44BC18" w14:textId="77777777" w:rsidR="00641628" w:rsidRDefault="00822FA9">
      <w:pPr>
        <w:spacing w:after="80" w:line="288" w:lineRule="auto"/>
        <w:ind w:left="360"/>
      </w:pPr>
      <w:r>
        <w:rPr>
          <w:b/>
        </w:rPr>
        <w:t xml:space="preserve">• </w:t>
      </w:r>
      <w:proofErr w:type="spellStart"/>
      <w:r>
        <w:rPr>
          <w:b/>
        </w:rPr>
        <w:t>Đồng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hành</w:t>
      </w:r>
      <w:proofErr w:type="spellEnd"/>
      <w:r>
        <w:rPr>
          <w:b/>
        </w:rPr>
        <w:t xml:space="preserve"> &amp; </w:t>
      </w:r>
      <w:proofErr w:type="spellStart"/>
      <w:r>
        <w:rPr>
          <w:b/>
        </w:rPr>
        <w:t>Phát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triển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-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, </w:t>
      </w:r>
      <w:proofErr w:type="spellStart"/>
      <w:r>
        <w:t>phổ</w:t>
      </w:r>
      <w:proofErr w:type="spellEnd"/>
      <w:r>
        <w:t xml:space="preserve"> </w:t>
      </w:r>
      <w:proofErr w:type="spellStart"/>
      <w:r>
        <w:t>biến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thuế</w:t>
      </w:r>
      <w:proofErr w:type="spellEnd"/>
      <w:r>
        <w:t xml:space="preserve">,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nâng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cạnh</w:t>
      </w:r>
      <w:proofErr w:type="spellEnd"/>
      <w:r>
        <w:t xml:space="preserve"> </w:t>
      </w:r>
      <w:proofErr w:type="spellStart"/>
      <w:r>
        <w:t>tranh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>.</w:t>
      </w:r>
    </w:p>
    <w:p w14:paraId="13F09B6B" w14:textId="193E3CE4" w:rsidR="00641628" w:rsidRDefault="00822FA9">
      <w:pPr>
        <w:spacing w:after="80" w:line="288" w:lineRule="auto"/>
        <w:ind w:left="360"/>
      </w:pPr>
      <w:r>
        <w:rPr>
          <w:b/>
        </w:rPr>
        <w:t xml:space="preserve">• </w:t>
      </w:r>
      <w:proofErr w:type="spellStart"/>
      <w:r>
        <w:rPr>
          <w:b/>
        </w:rPr>
        <w:t>Ghi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nhận</w:t>
      </w:r>
      <w:proofErr w:type="spellEnd"/>
      <w:r>
        <w:rPr>
          <w:b/>
        </w:rPr>
        <w:t xml:space="preserve"> &amp; </w:t>
      </w:r>
      <w:proofErr w:type="spellStart"/>
      <w:r>
        <w:rPr>
          <w:b/>
        </w:rPr>
        <w:t>Biểu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dương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Tôn</w:t>
      </w:r>
      <w:proofErr w:type="spellEnd"/>
      <w:r>
        <w:t xml:space="preserve"> </w:t>
      </w:r>
      <w:proofErr w:type="spellStart"/>
      <w:r>
        <w:t>vinh</w:t>
      </w:r>
      <w:proofErr w:type="spellEnd"/>
      <w:r>
        <w:t xml:space="preserve">, </w:t>
      </w:r>
      <w:proofErr w:type="spellStart"/>
      <w:r>
        <w:t>khen</w:t>
      </w:r>
      <w:proofErr w:type="spellEnd"/>
      <w:r>
        <w:t xml:space="preserve"> </w:t>
      </w:r>
      <w:proofErr w:type="spellStart"/>
      <w:r>
        <w:t>thưởng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, HTX, HKD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góp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cực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-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 w:rsidR="00E13757">
        <w:t>Đoàn</w:t>
      </w:r>
      <w:proofErr w:type="spellEnd"/>
      <w:r w:rsidR="00E13757">
        <w:t xml:space="preserve"> </w:t>
      </w:r>
      <w:proofErr w:type="spellStart"/>
      <w:r w:rsidR="00E13757">
        <w:t>Đào</w:t>
      </w:r>
      <w:proofErr w:type="spellEnd"/>
      <w:r>
        <w:t>.</w:t>
      </w:r>
    </w:p>
    <w:p w14:paraId="10872247" w14:textId="77777777" w:rsidR="00641628" w:rsidRDefault="00822FA9">
      <w:pPr>
        <w:spacing w:before="240" w:after="80"/>
      </w:pPr>
      <w:r>
        <w:rPr>
          <w:b/>
          <w:color w:val="003366"/>
        </w:rPr>
        <w:t xml:space="preserve">2. </w:t>
      </w:r>
      <w:proofErr w:type="spellStart"/>
      <w:r>
        <w:rPr>
          <w:b/>
          <w:color w:val="003366"/>
        </w:rPr>
        <w:t>Thời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gian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và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Địa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điểm</w:t>
      </w:r>
      <w:proofErr w:type="spellEnd"/>
    </w:p>
    <w:p w14:paraId="2B3ABF6F" w14:textId="77777777" w:rsidR="00641628" w:rsidRDefault="00822FA9">
      <w:pPr>
        <w:spacing w:after="80" w:line="288" w:lineRule="auto"/>
        <w:ind w:left="360"/>
      </w:pPr>
      <w:r>
        <w:rPr>
          <w:b/>
        </w:rPr>
        <w:t xml:space="preserve">• </w:t>
      </w:r>
      <w:proofErr w:type="spellStart"/>
      <w:r>
        <w:rPr>
          <w:b/>
        </w:rPr>
        <w:t>Thời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gian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08h00, </w:t>
      </w:r>
      <w:proofErr w:type="spellStart"/>
      <w:r>
        <w:t>Thứ</w:t>
      </w:r>
      <w:proofErr w:type="spellEnd"/>
      <w:r>
        <w:t xml:space="preserve"> </w:t>
      </w:r>
      <w:proofErr w:type="spellStart"/>
      <w:r>
        <w:t>Bảy</w:t>
      </w:r>
      <w:proofErr w:type="spellEnd"/>
      <w:r>
        <w:t xml:space="preserve">, </w:t>
      </w:r>
      <w:proofErr w:type="spellStart"/>
      <w:r>
        <w:t>ngày</w:t>
      </w:r>
      <w:proofErr w:type="spellEnd"/>
      <w:r>
        <w:t xml:space="preserve"> 20/06/2026.</w:t>
      </w:r>
    </w:p>
    <w:p w14:paraId="07CEBD4D" w14:textId="20594404" w:rsidR="00641628" w:rsidRDefault="00822FA9">
      <w:pPr>
        <w:spacing w:after="80" w:line="288" w:lineRule="auto"/>
        <w:ind w:left="360"/>
      </w:pPr>
      <w:r>
        <w:rPr>
          <w:b/>
        </w:rPr>
        <w:t xml:space="preserve">• </w:t>
      </w:r>
      <w:proofErr w:type="spellStart"/>
      <w:r>
        <w:rPr>
          <w:b/>
        </w:rPr>
        <w:t>Địa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điểm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UBND </w:t>
      </w:r>
      <w:proofErr w:type="spellStart"/>
      <w:r>
        <w:t>xã</w:t>
      </w:r>
      <w:proofErr w:type="spellEnd"/>
      <w:r>
        <w:t xml:space="preserve"> </w:t>
      </w:r>
      <w:proofErr w:type="spellStart"/>
      <w:r w:rsidR="00E13757">
        <w:t>Đoàn</w:t>
      </w:r>
      <w:proofErr w:type="spellEnd"/>
      <w:r w:rsidR="00E13757">
        <w:t xml:space="preserve"> </w:t>
      </w:r>
      <w:proofErr w:type="spellStart"/>
      <w:r w:rsidR="00E13757">
        <w:t>Đào</w:t>
      </w:r>
      <w:proofErr w:type="spellEnd"/>
      <w:r>
        <w:t xml:space="preserve"> (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: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 w:rsidR="00E13757">
        <w:t>Đoàn</w:t>
      </w:r>
      <w:proofErr w:type="spellEnd"/>
      <w:r w:rsidR="00E13757">
        <w:t xml:space="preserve"> </w:t>
      </w:r>
      <w:proofErr w:type="spellStart"/>
      <w:r w:rsidR="00E13757">
        <w:t>Đào</w:t>
      </w:r>
      <w:proofErr w:type="spellEnd"/>
      <w:r w:rsidR="00E13757">
        <w:t xml:space="preserve"> </w:t>
      </w:r>
      <w:proofErr w:type="spellStart"/>
      <w:r w:rsidR="00E13757">
        <w:t>thôn</w:t>
      </w:r>
      <w:proofErr w:type="spellEnd"/>
      <w:r w:rsidR="00E13757">
        <w:t xml:space="preserve"> </w:t>
      </w:r>
      <w:proofErr w:type="spellStart"/>
      <w:r w:rsidR="00E13757">
        <w:t>Trà</w:t>
      </w:r>
      <w:proofErr w:type="spellEnd"/>
      <w:r w:rsidR="00E13757">
        <w:t xml:space="preserve"> </w:t>
      </w:r>
      <w:proofErr w:type="spellStart"/>
      <w:r w:rsidR="00E13757">
        <w:t>Bồ</w:t>
      </w:r>
      <w:proofErr w:type="spellEnd"/>
      <w:r>
        <w:t>).</w:t>
      </w:r>
    </w:p>
    <w:p w14:paraId="2140DA63" w14:textId="77777777" w:rsidR="00641628" w:rsidRDefault="00822FA9">
      <w:pPr>
        <w:spacing w:before="240" w:after="80"/>
      </w:pPr>
      <w:r>
        <w:rPr>
          <w:b/>
          <w:color w:val="003366"/>
        </w:rPr>
        <w:t xml:space="preserve">3. </w:t>
      </w:r>
      <w:proofErr w:type="spellStart"/>
      <w:r>
        <w:rPr>
          <w:b/>
          <w:color w:val="003366"/>
        </w:rPr>
        <w:t>Thành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phần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tham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dự</w:t>
      </w:r>
      <w:proofErr w:type="spellEnd"/>
    </w:p>
    <w:p w14:paraId="5006D045" w14:textId="77777777" w:rsidR="00641628" w:rsidRDefault="00822FA9">
      <w:pPr>
        <w:spacing w:after="80" w:line="288" w:lineRule="auto"/>
        <w:ind w:left="360"/>
      </w:pPr>
      <w:r>
        <w:rPr>
          <w:b/>
        </w:rPr>
        <w:t xml:space="preserve">• </w:t>
      </w:r>
      <w:proofErr w:type="spellStart"/>
      <w:r>
        <w:rPr>
          <w:b/>
        </w:rPr>
        <w:t>Chính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quyền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địa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phương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Đảng</w:t>
      </w:r>
      <w:proofErr w:type="spellEnd"/>
      <w:r>
        <w:t xml:space="preserve"> </w:t>
      </w:r>
      <w:proofErr w:type="spellStart"/>
      <w:r>
        <w:t>ủy</w:t>
      </w:r>
      <w:proofErr w:type="spellEnd"/>
      <w:r>
        <w:t xml:space="preserve">,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HĐND, </w:t>
      </w:r>
      <w:proofErr w:type="spellStart"/>
      <w:r>
        <w:t>Lãnh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UBND </w:t>
      </w:r>
      <w:proofErr w:type="spellStart"/>
      <w:r>
        <w:t>xã</w:t>
      </w:r>
      <w:proofErr w:type="spellEnd"/>
      <w:r>
        <w:t xml:space="preserve">; </w:t>
      </w:r>
      <w:proofErr w:type="spellStart"/>
      <w:r>
        <w:t>Trưởng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, </w:t>
      </w:r>
      <w:proofErr w:type="spellStart"/>
      <w:r>
        <w:t>ngành</w:t>
      </w:r>
      <w:proofErr w:type="spellEnd"/>
      <w:r>
        <w:t xml:space="preserve">, </w:t>
      </w:r>
      <w:proofErr w:type="spellStart"/>
      <w:r>
        <w:t>đoàn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; </w:t>
      </w:r>
      <w:proofErr w:type="spellStart"/>
      <w:r>
        <w:t>Lãnh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thuế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5;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đốc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tâm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chí</w:t>
      </w:r>
      <w:proofErr w:type="spellEnd"/>
      <w:r>
        <w:t xml:space="preserve"> </w:t>
      </w:r>
      <w:proofErr w:type="spellStart"/>
      <w:r>
        <w:t>Bí</w:t>
      </w:r>
      <w:proofErr w:type="spellEnd"/>
      <w:r>
        <w:t xml:space="preserve"> </w:t>
      </w:r>
      <w:proofErr w:type="spellStart"/>
      <w:r>
        <w:t>thư</w:t>
      </w:r>
      <w:proofErr w:type="spellEnd"/>
      <w:r>
        <w:t xml:space="preserve"> Chi </w:t>
      </w:r>
      <w:proofErr w:type="spellStart"/>
      <w:r>
        <w:t>bộ</w:t>
      </w:r>
      <w:proofErr w:type="spellEnd"/>
      <w:r>
        <w:t xml:space="preserve">, </w:t>
      </w:r>
      <w:proofErr w:type="spellStart"/>
      <w:r>
        <w:t>Trưởng</w:t>
      </w:r>
      <w:proofErr w:type="spellEnd"/>
      <w:r>
        <w:t xml:space="preserve"> </w:t>
      </w:r>
      <w:proofErr w:type="spellStart"/>
      <w:r>
        <w:t>thôn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bàn</w:t>
      </w:r>
      <w:proofErr w:type="spellEnd"/>
      <w:r>
        <w:t>.</w:t>
      </w:r>
    </w:p>
    <w:p w14:paraId="3070CBC5" w14:textId="05A247C4" w:rsidR="00641628" w:rsidRDefault="00822FA9">
      <w:pPr>
        <w:spacing w:after="80" w:line="288" w:lineRule="auto"/>
        <w:ind w:left="360"/>
      </w:pPr>
      <w:r>
        <w:rPr>
          <w:b/>
        </w:rPr>
        <w:t xml:space="preserve">• </w:t>
      </w:r>
      <w:proofErr w:type="spellStart"/>
      <w:r>
        <w:rPr>
          <w:b/>
        </w:rPr>
        <w:t>Cộng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đồng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kinh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doanh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200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,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,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bàn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 w:rsidR="00E13757">
        <w:t>Đoàn</w:t>
      </w:r>
      <w:proofErr w:type="spellEnd"/>
      <w:r w:rsidR="00E13757">
        <w:t xml:space="preserve"> </w:t>
      </w:r>
      <w:proofErr w:type="spellStart"/>
      <w:r w:rsidR="00E13757">
        <w:t>Đào</w:t>
      </w:r>
      <w:proofErr w:type="spellEnd"/>
      <w:r>
        <w:t>.</w:t>
      </w:r>
    </w:p>
    <w:p w14:paraId="713B8045" w14:textId="77777777" w:rsidR="00E13757" w:rsidRDefault="00E13757">
      <w:pPr>
        <w:spacing w:before="240" w:after="80"/>
        <w:rPr>
          <w:b/>
          <w:color w:val="003366"/>
        </w:rPr>
      </w:pPr>
    </w:p>
    <w:p w14:paraId="72462333" w14:textId="1B92FE89" w:rsidR="00641628" w:rsidRDefault="00822FA9">
      <w:pPr>
        <w:spacing w:before="240" w:after="80"/>
      </w:pPr>
      <w:r>
        <w:rPr>
          <w:b/>
          <w:color w:val="003366"/>
        </w:rPr>
        <w:lastRenderedPageBreak/>
        <w:t xml:space="preserve">4. </w:t>
      </w:r>
      <w:proofErr w:type="spellStart"/>
      <w:r>
        <w:rPr>
          <w:b/>
          <w:color w:val="003366"/>
        </w:rPr>
        <w:t>Nội</w:t>
      </w:r>
      <w:proofErr w:type="spellEnd"/>
      <w:r>
        <w:rPr>
          <w:b/>
          <w:color w:val="003366"/>
        </w:rPr>
        <w:t xml:space="preserve"> dung </w:t>
      </w:r>
      <w:proofErr w:type="spellStart"/>
      <w:r>
        <w:rPr>
          <w:b/>
          <w:color w:val="003366"/>
        </w:rPr>
        <w:t>chương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trình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làm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việc</w:t>
      </w:r>
      <w:proofErr w:type="spellEnd"/>
    </w:p>
    <w:p w14:paraId="07C1452E" w14:textId="6C57A93A" w:rsidR="00641628" w:rsidRDefault="00822FA9">
      <w:pPr>
        <w:spacing w:after="80" w:line="288" w:lineRule="auto"/>
        <w:ind w:left="360"/>
      </w:pPr>
      <w:r>
        <w:rPr>
          <w:b/>
        </w:rPr>
        <w:t>• 1.</w:t>
      </w:r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tóm</w:t>
      </w:r>
      <w:proofErr w:type="spellEnd"/>
      <w:r>
        <w:t xml:space="preserve"> </w:t>
      </w:r>
      <w:proofErr w:type="spellStart"/>
      <w:r>
        <w:t>tắt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-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bàn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 w:rsidR="00E13757">
        <w:t>Đoàn</w:t>
      </w:r>
      <w:proofErr w:type="spellEnd"/>
      <w:r w:rsidR="00E13757">
        <w:t xml:space="preserve"> </w:t>
      </w:r>
      <w:proofErr w:type="spellStart"/>
      <w:r w:rsidR="00E13757">
        <w:t>Đào</w:t>
      </w:r>
      <w:proofErr w:type="spellEnd"/>
      <w:r>
        <w:t>.</w:t>
      </w:r>
    </w:p>
    <w:p w14:paraId="1C87ADAF" w14:textId="77777777" w:rsidR="00641628" w:rsidRDefault="00822FA9">
      <w:pPr>
        <w:spacing w:after="80" w:line="288" w:lineRule="auto"/>
        <w:ind w:left="360"/>
      </w:pPr>
      <w:r>
        <w:rPr>
          <w:b/>
        </w:rPr>
        <w:t>• 2.</w:t>
      </w:r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Lãnh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UBND </w:t>
      </w:r>
      <w:proofErr w:type="spellStart"/>
      <w:r>
        <w:t>xã</w:t>
      </w:r>
      <w:proofErr w:type="spellEnd"/>
      <w:r>
        <w:t>.</w:t>
      </w:r>
    </w:p>
    <w:p w14:paraId="1C1EE05A" w14:textId="77777777" w:rsidR="00641628" w:rsidRDefault="00822FA9">
      <w:pPr>
        <w:spacing w:after="80" w:line="288" w:lineRule="auto"/>
        <w:ind w:left="360"/>
      </w:pPr>
      <w:r>
        <w:rPr>
          <w:b/>
        </w:rPr>
        <w:t>• 3.</w:t>
      </w:r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: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, HTX, HKD </w:t>
      </w:r>
      <w:proofErr w:type="spellStart"/>
      <w:r>
        <w:t>trao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ý </w:t>
      </w:r>
      <w:proofErr w:type="spellStart"/>
      <w:r>
        <w:t>kiến</w:t>
      </w:r>
      <w:proofErr w:type="spellEnd"/>
      <w:r>
        <w:t xml:space="preserve">,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ánh</w:t>
      </w:r>
      <w:proofErr w:type="spellEnd"/>
      <w:r>
        <w:t xml:space="preserve"> </w:t>
      </w:r>
      <w:proofErr w:type="spellStart"/>
      <w:r>
        <w:t>khó</w:t>
      </w:r>
      <w:proofErr w:type="spellEnd"/>
      <w:r>
        <w:t xml:space="preserve"> </w:t>
      </w:r>
      <w:proofErr w:type="spellStart"/>
      <w:r>
        <w:t>khăn</w:t>
      </w:r>
      <w:proofErr w:type="spellEnd"/>
      <w:r>
        <w:t xml:space="preserve">,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tâm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nguyện</w:t>
      </w:r>
      <w:proofErr w:type="spellEnd"/>
      <w:r>
        <w:t xml:space="preserve"> </w:t>
      </w:r>
      <w:proofErr w:type="spellStart"/>
      <w:r>
        <w:t>vọng</w:t>
      </w:r>
      <w:proofErr w:type="spellEnd"/>
      <w:r>
        <w:t>.</w:t>
      </w:r>
    </w:p>
    <w:p w14:paraId="6791A500" w14:textId="77777777" w:rsidR="00641628" w:rsidRDefault="00822FA9">
      <w:pPr>
        <w:spacing w:after="80" w:line="288" w:lineRule="auto"/>
        <w:ind w:left="360"/>
      </w:pPr>
      <w:r>
        <w:rPr>
          <w:b/>
        </w:rPr>
        <w:t>• 4.</w:t>
      </w:r>
      <w:r>
        <w:t xml:space="preserve"> </w:t>
      </w:r>
      <w:proofErr w:type="spellStart"/>
      <w:r>
        <w:t>Lãnh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UBND </w:t>
      </w:r>
      <w:proofErr w:type="spellStart"/>
      <w:r>
        <w:t>xã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phận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đáp</w:t>
      </w:r>
      <w:proofErr w:type="spellEnd"/>
      <w:r>
        <w:t xml:space="preserve">,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vướng</w:t>
      </w:r>
      <w:proofErr w:type="spellEnd"/>
      <w:r>
        <w:t xml:space="preserve"> </w:t>
      </w:r>
      <w:proofErr w:type="spellStart"/>
      <w:r>
        <w:t>mắc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luận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>.</w:t>
      </w:r>
    </w:p>
    <w:p w14:paraId="5973D5B4" w14:textId="77777777" w:rsidR="00641628" w:rsidRDefault="00822FA9">
      <w:pPr>
        <w:spacing w:after="80" w:line="288" w:lineRule="auto"/>
        <w:ind w:left="360"/>
      </w:pPr>
      <w:r>
        <w:rPr>
          <w:b/>
        </w:rPr>
        <w:t>• 5.</w:t>
      </w:r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dương</w:t>
      </w:r>
      <w:proofErr w:type="spellEnd"/>
      <w:r>
        <w:t xml:space="preserve">, </w:t>
      </w:r>
      <w:proofErr w:type="spellStart"/>
      <w:r>
        <w:t>trao</w:t>
      </w:r>
      <w:proofErr w:type="spellEnd"/>
      <w:r>
        <w:t xml:space="preserve"> </w:t>
      </w:r>
      <w:proofErr w:type="spellStart"/>
      <w:r>
        <w:t>thưởng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, HTX, HKD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2026.</w:t>
      </w:r>
    </w:p>
    <w:p w14:paraId="4BDA3906" w14:textId="77777777" w:rsidR="00641628" w:rsidRDefault="00822FA9">
      <w:pPr>
        <w:spacing w:before="240" w:after="80"/>
      </w:pPr>
      <w:r>
        <w:rPr>
          <w:b/>
          <w:color w:val="003366"/>
        </w:rPr>
        <w:t xml:space="preserve">5. </w:t>
      </w:r>
      <w:proofErr w:type="spellStart"/>
      <w:r>
        <w:rPr>
          <w:b/>
          <w:color w:val="003366"/>
        </w:rPr>
        <w:t>Đăng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ký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tham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dự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và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gửi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câu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hỏi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trước</w:t>
      </w:r>
      <w:proofErr w:type="spellEnd"/>
    </w:p>
    <w:p w14:paraId="0DCA84D5" w14:textId="04C9C761" w:rsidR="00641628" w:rsidRDefault="00822FA9">
      <w:pPr>
        <w:spacing w:after="80" w:line="288" w:lineRule="auto"/>
        <w:ind w:firstLine="720"/>
      </w:pPr>
      <w:proofErr w:type="spellStart"/>
      <w:r>
        <w:t>Để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diễn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triệt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vướng</w:t>
      </w:r>
      <w:proofErr w:type="spellEnd"/>
      <w:r>
        <w:t xml:space="preserve"> </w:t>
      </w:r>
      <w:proofErr w:type="spellStart"/>
      <w:r>
        <w:t>mắc</w:t>
      </w:r>
      <w:proofErr w:type="spellEnd"/>
      <w:r>
        <w:t xml:space="preserve">, UBND </w:t>
      </w:r>
      <w:proofErr w:type="spellStart"/>
      <w:r>
        <w:t>xã</w:t>
      </w:r>
      <w:proofErr w:type="spellEnd"/>
      <w:r>
        <w:t xml:space="preserve"> </w:t>
      </w:r>
      <w:proofErr w:type="spellStart"/>
      <w:r w:rsidR="00E13757">
        <w:t>Đoàn</w:t>
      </w:r>
      <w:proofErr w:type="spellEnd"/>
      <w:r w:rsidR="00E13757">
        <w:t xml:space="preserve"> </w:t>
      </w:r>
      <w:proofErr w:type="spellStart"/>
      <w:r w:rsidR="00E13757">
        <w:t>Đào</w:t>
      </w:r>
      <w:proofErr w:type="spellEnd"/>
      <w:r>
        <w:t xml:space="preserve"> </w:t>
      </w:r>
      <w:proofErr w:type="spellStart"/>
      <w:r>
        <w:t>trân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kính</w:t>
      </w:r>
      <w:proofErr w:type="spellEnd"/>
      <w:r>
        <w:t xml:space="preserve"> </w:t>
      </w:r>
      <w:proofErr w:type="spellStart"/>
      <w:r>
        <w:t>mời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,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HTX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>:</w:t>
      </w:r>
    </w:p>
    <w:p w14:paraId="2D569734" w14:textId="2F7EA97C" w:rsidR="00641628" w:rsidRDefault="00822FA9">
      <w:pPr>
        <w:spacing w:after="80" w:line="288" w:lineRule="auto"/>
        <w:ind w:left="360"/>
      </w:pPr>
      <w:r>
        <w:rPr>
          <w:b/>
        </w:rPr>
        <w:t xml:space="preserve">• </w:t>
      </w:r>
      <w:proofErr w:type="spellStart"/>
      <w:r>
        <w:rPr>
          <w:b/>
        </w:rPr>
        <w:t>Gửi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câu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hỏi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kiến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nghị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trước</w:t>
      </w:r>
      <w:proofErr w:type="spellEnd"/>
      <w:r>
        <w:rPr>
          <w:b/>
        </w:rPr>
        <w:t>:</w:t>
      </w:r>
      <w:r>
        <w:t xml:space="preserve"> Ý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góp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câu</w:t>
      </w:r>
      <w:proofErr w:type="spellEnd"/>
      <w:r>
        <w:t xml:space="preserve"> </w:t>
      </w:r>
      <w:proofErr w:type="spellStart"/>
      <w:r>
        <w:t>hỏi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 w:rsidR="00E13757">
        <w:t>Đoàn</w:t>
      </w:r>
      <w:proofErr w:type="spellEnd"/>
      <w:r w:rsidR="00E13757">
        <w:t xml:space="preserve"> </w:t>
      </w:r>
      <w:proofErr w:type="spellStart"/>
      <w:r w:rsidR="00E13757">
        <w:t>Đào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19/06/2026.</w:t>
      </w:r>
    </w:p>
    <w:p w14:paraId="2D92877C" w14:textId="033F877D" w:rsidR="00641628" w:rsidRDefault="00822FA9">
      <w:pPr>
        <w:spacing w:before="120" w:after="240" w:line="288" w:lineRule="auto"/>
        <w:ind w:firstLine="720"/>
      </w:pPr>
      <w:r>
        <w:t xml:space="preserve">UBND </w:t>
      </w:r>
      <w:proofErr w:type="spellStart"/>
      <w:r>
        <w:t>xã</w:t>
      </w:r>
      <w:proofErr w:type="spellEnd"/>
      <w:r>
        <w:t xml:space="preserve"> </w:t>
      </w:r>
      <w:proofErr w:type="spellStart"/>
      <w:r w:rsidR="00E13757">
        <w:t>Đoàn</w:t>
      </w:r>
      <w:proofErr w:type="spellEnd"/>
      <w:r w:rsidR="00E13757">
        <w:t xml:space="preserve"> </w:t>
      </w:r>
      <w:proofErr w:type="spellStart"/>
      <w:r w:rsidR="00E13757">
        <w:t>Đào</w:t>
      </w:r>
      <w:proofErr w:type="spellEnd"/>
      <w:r>
        <w:t xml:space="preserve"> </w:t>
      </w:r>
      <w:proofErr w:type="spellStart"/>
      <w:r>
        <w:t>trân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kính</w:t>
      </w:r>
      <w:proofErr w:type="spellEnd"/>
      <w:r>
        <w:t xml:space="preserve"> </w:t>
      </w:r>
      <w:proofErr w:type="spellStart"/>
      <w:r>
        <w:t>mời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,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,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bàn</w:t>
      </w:r>
      <w:proofErr w:type="spellEnd"/>
      <w:r>
        <w:t xml:space="preserve"> </w:t>
      </w:r>
      <w:proofErr w:type="spellStart"/>
      <w:r>
        <w:t>sắp</w:t>
      </w:r>
      <w:proofErr w:type="spellEnd"/>
      <w:r>
        <w:t xml:space="preserve"> </w:t>
      </w:r>
      <w:proofErr w:type="spellStart"/>
      <w:r>
        <w:t>xếp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đông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,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nhất</w:t>
      </w:r>
      <w:proofErr w:type="spellEnd"/>
      <w:r>
        <w:t>!</w:t>
      </w:r>
    </w:p>
    <w:p w14:paraId="69645DB6" w14:textId="4A12A6D1" w:rsidR="00641628" w:rsidRDefault="00822FA9">
      <w:pPr>
        <w:spacing w:before="240"/>
        <w:jc w:val="center"/>
      </w:pPr>
      <w:r>
        <w:rPr>
          <w:b/>
          <w:color w:val="006600"/>
          <w:sz w:val="24"/>
        </w:rPr>
        <w:t xml:space="preserve">UBND XÃ </w:t>
      </w:r>
      <w:r w:rsidR="00E13757">
        <w:rPr>
          <w:b/>
          <w:color w:val="006600"/>
          <w:sz w:val="24"/>
        </w:rPr>
        <w:t>ĐOÀN ĐÀO</w:t>
      </w:r>
      <w:r>
        <w:rPr>
          <w:b/>
          <w:color w:val="006600"/>
          <w:sz w:val="24"/>
        </w:rPr>
        <w:t xml:space="preserve"> - ĐỒNG HÀNH CÙNG DOANH NGHIỆP VÀ HỘ KINH DOANH PHÁT TRIỂN BỀN VỮNG</w:t>
      </w:r>
    </w:p>
    <w:sectPr w:rsidR="00641628" w:rsidSect="00034616">
      <w:pgSz w:w="12240" w:h="15840"/>
      <w:pgMar w:top="1138" w:right="1138" w:bottom="1138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41628"/>
    <w:rsid w:val="006D5CFF"/>
    <w:rsid w:val="00822FA9"/>
    <w:rsid w:val="00AA1D8D"/>
    <w:rsid w:val="00B47730"/>
    <w:rsid w:val="00CB0664"/>
    <w:rsid w:val="00E13757"/>
    <w:rsid w:val="00EB43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202557"/>
  <w14:defaultImageDpi w14:val="300"/>
  <w15:docId w15:val="{32085954-3E69-4C95-B4D9-049227A8A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FF105F-D46C-4FA6-830C-F50B05DF6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</cp:lastModifiedBy>
  <cp:revision>2</cp:revision>
  <dcterms:created xsi:type="dcterms:W3CDTF">2026-10-06T14:04:00Z</dcterms:created>
  <dcterms:modified xsi:type="dcterms:W3CDTF">2026-10-06T14:04:00Z</dcterms:modified>
  <cp:category/>
</cp:coreProperties>
</file>